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Plantilla de Trabajo Ikigai - Propósito Emprendedor</w:t>
      </w:r>
    </w:p>
    <w:p w14:paraId="00000002" w14:textId="77777777" w:rsidR="00897525" w:rsidRPr="00075D7A" w:rsidRDefault="00897525">
      <w:pPr>
        <w:rPr>
          <w:lang w:val="es-DO"/>
        </w:rPr>
      </w:pPr>
    </w:p>
    <w:p w14:paraId="00000003" w14:textId="0E95A94B" w:rsidR="00897525" w:rsidRPr="00075D7A" w:rsidRDefault="00F12AB9">
      <w:pPr>
        <w:rPr>
          <w:lang w:val="es-DO"/>
        </w:rPr>
      </w:pPr>
      <w:r w:rsidRPr="00075D7A">
        <w:rPr>
          <w:lang w:val="es-DO"/>
        </w:rPr>
        <w:t xml:space="preserve">Nombre del Estudiante: </w:t>
      </w:r>
      <w:r w:rsidR="00075D7A">
        <w:rPr>
          <w:lang w:val="es-DO"/>
        </w:rPr>
        <w:t>Enmanuel Montesino Coronado</w:t>
      </w:r>
    </w:p>
    <w:p w14:paraId="00000004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Equipo: Compilando sueños</w:t>
      </w:r>
    </w:p>
    <w:p w14:paraId="00000005" w14:textId="0803B46B" w:rsidR="00897525" w:rsidRPr="00075D7A" w:rsidRDefault="00F12AB9">
      <w:pPr>
        <w:rPr>
          <w:lang w:val="es-DO"/>
        </w:rPr>
      </w:pPr>
      <w:r w:rsidRPr="00075D7A">
        <w:rPr>
          <w:lang w:val="es-DO"/>
        </w:rPr>
        <w:t>Fecha:  1</w:t>
      </w:r>
      <w:r w:rsidR="00075D7A">
        <w:rPr>
          <w:lang w:val="es-DO"/>
        </w:rPr>
        <w:t>2</w:t>
      </w:r>
      <w:r w:rsidRPr="00075D7A">
        <w:rPr>
          <w:lang w:val="es-DO"/>
        </w:rPr>
        <w:t>/02/2026</w:t>
      </w:r>
    </w:p>
    <w:p w14:paraId="00000006" w14:textId="77777777" w:rsidR="00897525" w:rsidRPr="00075D7A" w:rsidRDefault="00897525">
      <w:pPr>
        <w:rPr>
          <w:lang w:val="es-DO"/>
        </w:rPr>
      </w:pPr>
    </w:p>
    <w:p w14:paraId="00000007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DIMENSIÓN 1: LO QUE AMAS (Pasión)</w:t>
      </w:r>
    </w:p>
    <w:p w14:paraId="00000008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¿Qué actividades me apasionan?</w:t>
      </w:r>
    </w:p>
    <w:p w14:paraId="0000000A" w14:textId="0DBAEA96" w:rsidR="00897525" w:rsidRPr="00075D7A" w:rsidRDefault="00075D7A">
      <w:pPr>
        <w:rPr>
          <w:lang w:val="es-DO"/>
        </w:rPr>
      </w:pPr>
      <w:r>
        <w:rPr>
          <w:lang w:val="es-DO"/>
        </w:rPr>
        <w:t xml:space="preserve">Me apasiona aprender cualquier tema </w:t>
      </w:r>
      <w:r w:rsidR="00374691">
        <w:rPr>
          <w:lang w:val="es-DO"/>
        </w:rPr>
        <w:t>nuevo,</w:t>
      </w:r>
      <w:r>
        <w:rPr>
          <w:lang w:val="es-DO"/>
        </w:rPr>
        <w:t xml:space="preserve"> pero principalmente con la programación.</w:t>
      </w:r>
    </w:p>
    <w:p w14:paraId="0000000B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¿Qué disfruto haciendo incluso sin recibir compensación?</w:t>
      </w:r>
    </w:p>
    <w:p w14:paraId="0000000C" w14:textId="1358B4DF" w:rsidR="00897525" w:rsidRPr="00075D7A" w:rsidRDefault="00075D7A">
      <w:pPr>
        <w:spacing w:before="240" w:after="240"/>
        <w:rPr>
          <w:lang w:val="es-DO"/>
        </w:rPr>
      </w:pPr>
      <w:r>
        <w:rPr>
          <w:lang w:val="es-DO"/>
        </w:rPr>
        <w:t>Resolver problemas ya sea de programación o soporte técnico</w:t>
      </w:r>
    </w:p>
    <w:p w14:paraId="0000000D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¿Qué temas me interesan profundamente?</w:t>
      </w:r>
    </w:p>
    <w:p w14:paraId="0000000F" w14:textId="0B99D00D" w:rsidR="00897525" w:rsidRPr="00075D7A" w:rsidRDefault="00075D7A">
      <w:pPr>
        <w:rPr>
          <w:lang w:val="es-DO"/>
        </w:rPr>
      </w:pPr>
      <w:r>
        <w:rPr>
          <w:lang w:val="es-DO"/>
        </w:rPr>
        <w:t>L</w:t>
      </w:r>
      <w:r w:rsidR="00F12AB9" w:rsidRPr="00075D7A">
        <w:rPr>
          <w:lang w:val="es-DO"/>
        </w:rPr>
        <w:t>a programación</w:t>
      </w:r>
    </w:p>
    <w:p w14:paraId="00000010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DIMENSIÓN 2: EN LO QUE ERES BUENO (Habilidades)</w:t>
      </w:r>
    </w:p>
    <w:p w14:paraId="00000011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¿Cuáles son mis talentos y habilidades principales?</w:t>
      </w:r>
    </w:p>
    <w:p w14:paraId="00000013" w14:textId="3459C4BC" w:rsidR="00897525" w:rsidRPr="00075D7A" w:rsidRDefault="00075D7A">
      <w:pPr>
        <w:rPr>
          <w:lang w:val="es-DO"/>
        </w:rPr>
      </w:pPr>
      <w:r w:rsidRPr="00075D7A">
        <w:rPr>
          <w:lang w:val="es-DO"/>
        </w:rPr>
        <w:t xml:space="preserve">Mis talentos y habilidades principales se centran en el desarrollo tecnológico y la construcción de sistemas desde cero. </w:t>
      </w:r>
    </w:p>
    <w:p w14:paraId="00000014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¿Qué conocimientos he adquirido que me distinguen?</w:t>
      </w:r>
    </w:p>
    <w:p w14:paraId="72DD2CF2" w14:textId="77777777" w:rsidR="00075D7A" w:rsidRPr="00075D7A" w:rsidRDefault="00075D7A" w:rsidP="00075D7A">
      <w:pPr>
        <w:rPr>
          <w:lang w:val="es-DO"/>
        </w:rPr>
      </w:pPr>
      <w:r w:rsidRPr="00075D7A">
        <w:rPr>
          <w:lang w:val="es-DO"/>
        </w:rPr>
        <w:t>Tengo una fuerte capacidad autodidacta, lo que me permite aprender nuevas herramientas y aplicarlas de manera práctica en proyectos reales, especialmente en el área de desarrollo frontend y backend con tecnologías como HTML, CSS, JavaScript, Angular y Node.js.</w:t>
      </w:r>
    </w:p>
    <w:p w14:paraId="00000016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¿En qué áreas mis amigos o colegas me piden ayuda?</w:t>
      </w:r>
    </w:p>
    <w:p w14:paraId="00000017" w14:textId="0D252385" w:rsidR="00897525" w:rsidRPr="00075D7A" w:rsidRDefault="00075D7A">
      <w:pPr>
        <w:spacing w:before="240" w:after="240"/>
        <w:rPr>
          <w:lang w:val="es-DO"/>
        </w:rPr>
      </w:pPr>
      <w:r>
        <w:rPr>
          <w:lang w:val="es-DO"/>
        </w:rPr>
        <w:t>Programación, soporte técnico o cualquier tema relacionado con ingeniería en sistema</w:t>
      </w:r>
      <w:r w:rsidR="00374691">
        <w:rPr>
          <w:lang w:val="es-DO"/>
        </w:rPr>
        <w:t>.</w:t>
      </w:r>
    </w:p>
    <w:p w14:paraId="00000018" w14:textId="0EFD64CF" w:rsidR="00897525" w:rsidRDefault="00897525">
      <w:pPr>
        <w:rPr>
          <w:lang w:val="es-DO"/>
        </w:rPr>
      </w:pPr>
    </w:p>
    <w:p w14:paraId="2A1122DB" w14:textId="6E72F43D" w:rsidR="00EB769C" w:rsidRDefault="00EB769C">
      <w:pPr>
        <w:rPr>
          <w:lang w:val="es-DO"/>
        </w:rPr>
      </w:pPr>
    </w:p>
    <w:p w14:paraId="4B10A958" w14:textId="593D5F12" w:rsidR="00EB769C" w:rsidRDefault="00EB769C">
      <w:pPr>
        <w:rPr>
          <w:lang w:val="es-DO"/>
        </w:rPr>
      </w:pPr>
    </w:p>
    <w:p w14:paraId="22752808" w14:textId="77777777" w:rsidR="00EB769C" w:rsidRPr="00075D7A" w:rsidRDefault="00EB769C">
      <w:pPr>
        <w:rPr>
          <w:lang w:val="es-DO"/>
        </w:rPr>
      </w:pPr>
    </w:p>
    <w:p w14:paraId="00000019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lastRenderedPageBreak/>
        <w:t>DIMENSIÓN 3: LO QUE EL MUNDO NECESITA (Demanda)</w:t>
      </w:r>
    </w:p>
    <w:p w14:paraId="0000001A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¿Qué problemas o necesidades observo en mi entorno?</w:t>
      </w:r>
    </w:p>
    <w:p w14:paraId="0000001C" w14:textId="55174A33" w:rsidR="00897525" w:rsidRPr="00075D7A" w:rsidRDefault="00EB769C">
      <w:pPr>
        <w:rPr>
          <w:lang w:val="es-DO"/>
        </w:rPr>
      </w:pPr>
      <w:r>
        <w:rPr>
          <w:lang w:val="es-DO"/>
        </w:rPr>
        <w:t>Muchas personas necesitan soporte en área tecnológica</w:t>
      </w:r>
    </w:p>
    <w:p w14:paraId="0000001D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¿Qué tendencias de mercado veo emerger?</w:t>
      </w:r>
    </w:p>
    <w:p w14:paraId="0000001F" w14:textId="16D92379" w:rsidR="00897525" w:rsidRPr="00075D7A" w:rsidRDefault="00EB769C">
      <w:pPr>
        <w:rPr>
          <w:lang w:val="es-DO"/>
        </w:rPr>
      </w:pPr>
      <w:r>
        <w:rPr>
          <w:lang w:val="es-DO"/>
        </w:rPr>
        <w:t>Ingenieros en software</w:t>
      </w:r>
    </w:p>
    <w:p w14:paraId="00000020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¿Cómo puedo contribuir a mejorar algo?</w:t>
      </w:r>
    </w:p>
    <w:p w14:paraId="00000022" w14:textId="538EB043" w:rsidR="00897525" w:rsidRPr="00EB769C" w:rsidRDefault="00EB769C">
      <w:pPr>
        <w:rPr>
          <w:lang w:val="es-DO"/>
        </w:rPr>
      </w:pPr>
      <w:r w:rsidRPr="00EB769C">
        <w:rPr>
          <w:lang w:val="es-DO"/>
        </w:rPr>
        <w:t>crea</w:t>
      </w:r>
      <w:r w:rsidRPr="00EB769C">
        <w:rPr>
          <w:lang w:val="es-DO"/>
        </w:rPr>
        <w:t>ndo</w:t>
      </w:r>
      <w:r w:rsidRPr="00EB769C">
        <w:rPr>
          <w:lang w:val="es-DO"/>
        </w:rPr>
        <w:t xml:space="preserve"> soluciones tecnológicas estructuradas que ayuden a otros a crecer o ganar eficiencia.</w:t>
      </w:r>
    </w:p>
    <w:p w14:paraId="00000023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DIMENSIÓN 4: POR LO QUE PUEDES SER REMUNERADO (Viabilidad Económica)</w:t>
      </w:r>
    </w:p>
    <w:p w14:paraId="00000024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¿Qué servicios o productos relacionados con mis habilidades tienen demanda?</w:t>
      </w:r>
    </w:p>
    <w:p w14:paraId="00000026" w14:textId="7CE17834" w:rsidR="00897525" w:rsidRPr="00075D7A" w:rsidRDefault="00EB769C">
      <w:pPr>
        <w:rPr>
          <w:lang w:val="es-DO"/>
        </w:rPr>
      </w:pPr>
      <w:r>
        <w:rPr>
          <w:lang w:val="es-DO"/>
        </w:rPr>
        <w:t>Todo el tema ingeniería en software.</w:t>
      </w:r>
    </w:p>
    <w:p w14:paraId="00000027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¿Qué valor puedo ofrecer por el que la gente esté dispuesta a pagar?</w:t>
      </w:r>
    </w:p>
    <w:p w14:paraId="7D7B9B99" w14:textId="29289F17" w:rsidR="00EB769C" w:rsidRPr="00075D7A" w:rsidRDefault="00EB769C">
      <w:pPr>
        <w:rPr>
          <w:lang w:val="es-DO"/>
        </w:rPr>
      </w:pPr>
      <w:r w:rsidRPr="00EB769C">
        <w:rPr>
          <w:lang w:val="es-DO"/>
        </w:rPr>
        <w:t xml:space="preserve">La gente pagaría por </w:t>
      </w:r>
      <w:r w:rsidRPr="00EB769C">
        <w:rPr>
          <w:lang w:val="es-DO"/>
        </w:rPr>
        <w:t xml:space="preserve">mi </w:t>
      </w:r>
      <w:r w:rsidRPr="00EB769C">
        <w:rPr>
          <w:lang w:val="es-DO"/>
        </w:rPr>
        <w:t>capacidad de construir soluciones tecnológicas estructuradas que conviertan ideas en productos digitales reales y funcionales.</w:t>
      </w:r>
    </w:p>
    <w:p w14:paraId="0000002A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¿Existen modelos de negocio similares exitosos?</w:t>
      </w:r>
    </w:p>
    <w:p w14:paraId="0000002C" w14:textId="3AE445B1" w:rsidR="00897525" w:rsidRPr="00075D7A" w:rsidRDefault="00F12AB9">
      <w:pPr>
        <w:rPr>
          <w:lang w:val="es-DO"/>
        </w:rPr>
      </w:pPr>
      <w:r w:rsidRPr="00075D7A">
        <w:rPr>
          <w:lang w:val="es-DO"/>
        </w:rPr>
        <w:t>Sí</w:t>
      </w:r>
    </w:p>
    <w:p w14:paraId="0000002D" w14:textId="77777777" w:rsidR="00897525" w:rsidRPr="00075D7A" w:rsidRDefault="00F12AB9">
      <w:pPr>
        <w:rPr>
          <w:lang w:val="es-DO"/>
        </w:rPr>
      </w:pPr>
      <w:r w:rsidRPr="00075D7A">
        <w:rPr>
          <w:lang w:val="es-DO"/>
        </w:rPr>
        <w:t>MI PROPÓSITO EMPRENDEDOR (Síntes</w:t>
      </w:r>
      <w:r w:rsidRPr="00075D7A">
        <w:rPr>
          <w:lang w:val="es-DO"/>
        </w:rPr>
        <w:t>is de las cuatro dimensiones)</w:t>
      </w:r>
    </w:p>
    <w:p w14:paraId="0000002E" w14:textId="03BAD955" w:rsidR="00897525" w:rsidRPr="00EB769C" w:rsidRDefault="00EB769C" w:rsidP="00EB769C">
      <w:pPr>
        <w:rPr>
          <w:lang w:val="es-DO"/>
        </w:rPr>
      </w:pPr>
      <w:r w:rsidRPr="00EB769C">
        <w:rPr>
          <w:lang w:val="es-DO"/>
        </w:rPr>
        <w:t>Mi propósito emprendedor es construir soluciones tecnológicas estructuradas que transformen ideas en sistemas reales, generen valor sostenible y me permitan crecer con independencia financiera y profesional.</w:t>
      </w:r>
    </w:p>
    <w:sectPr w:rsidR="00897525" w:rsidRPr="00EB769C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07EFF42-0010-40E0-9062-5729A5C7D3A9}"/>
    <w:embedBold r:id="rId2" w:fontKey="{E08D7E7B-2B6A-45CC-9F20-7891AB5A926D}"/>
    <w:embedItalic r:id="rId3" w:fontKey="{E978CC48-8680-42C5-AD43-E7AA62EBD518}"/>
    <w:embedBoldItalic r:id="rId4" w:fontKey="{35B96258-5062-4616-9B8C-6AC85130E6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FDDFD4A-4AF0-41C4-9495-DA7EBFF2B73A}"/>
    <w:embedBold r:id="rId6" w:fontKey="{E6C8987A-DF39-4B54-A95A-06DEFA0CD904}"/>
    <w:embedItalic r:id="rId7" w:fontKey="{313C94BE-D195-435B-95E0-F5605C38D475}"/>
    <w:embedBoldItalic r:id="rId8" w:fontKey="{DFA37C23-66BA-4888-ABD9-768DDF1065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FC6C1D"/>
    <w:multiLevelType w:val="multilevel"/>
    <w:tmpl w:val="C68A448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525"/>
    <w:rsid w:val="00075D7A"/>
    <w:rsid w:val="00176B60"/>
    <w:rsid w:val="00374691"/>
    <w:rsid w:val="004276C0"/>
    <w:rsid w:val="00476EB5"/>
    <w:rsid w:val="00897525"/>
    <w:rsid w:val="00EB769C"/>
    <w:rsid w:val="00F1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6D37B8"/>
  <w15:docId w15:val="{3839F394-9D69-4F07-AEDD-3DC0AF994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B7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3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hBWyhMxYnUWqWsZ4lXKC1jMomw==">CgMxLjA4AHIhMW5BVlhWcFVvNUhTNktQOFBvd2tQTzZQSmdmTmxzYWU0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Enmanuel Montesino Coronado</cp:lastModifiedBy>
  <cp:revision>5</cp:revision>
  <dcterms:created xsi:type="dcterms:W3CDTF">2026-02-13T00:50:00Z</dcterms:created>
  <dcterms:modified xsi:type="dcterms:W3CDTF">2026-02-13T00:53:00Z</dcterms:modified>
</cp:coreProperties>
</file>